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6DB" w:rsidRDefault="00D829C4">
      <w:pPr>
        <w:pStyle w:val="Titolo"/>
      </w:pPr>
      <w:bookmarkStart w:id="0" w:name="_GoBack"/>
      <w:bookmarkEnd w:id="0"/>
      <w:r>
        <w:t>Disponibilità docente continuità sostegno</w:t>
      </w:r>
    </w:p>
    <w:p w:rsidR="009076DB" w:rsidRDefault="00D829C4">
      <w:r>
        <w:t>AL DIRIGENTE SCOLASTICO</w:t>
      </w:r>
    </w:p>
    <w:p w:rsidR="009076DB" w:rsidRDefault="00D829C4">
      <w:r>
        <w:t>IC “Erodoto” – Corigliano-Rossano</w:t>
      </w:r>
    </w:p>
    <w:p w:rsidR="009076DB" w:rsidRDefault="009076DB"/>
    <w:p w:rsidR="009076DB" w:rsidRDefault="00D829C4">
      <w:r>
        <w:t>OGGETTO: Disponibilità alla continuità didattica docente di sostegno a.s. 2026/2027</w:t>
      </w:r>
    </w:p>
    <w:p w:rsidR="009076DB" w:rsidRDefault="009076DB"/>
    <w:p w:rsidR="009076DB" w:rsidRDefault="00D829C4">
      <w:r>
        <w:t xml:space="preserve">Il/La sottoscritto/a _____________________________ docente di </w:t>
      </w:r>
      <w:r>
        <w:t>sostegno</w:t>
      </w:r>
    </w:p>
    <w:p w:rsidR="009076DB" w:rsidRDefault="009076DB"/>
    <w:p w:rsidR="009076DB" w:rsidRDefault="00D829C4">
      <w:r>
        <w:t>COMUNICA</w:t>
      </w:r>
    </w:p>
    <w:p w:rsidR="009076DB" w:rsidRDefault="009076DB"/>
    <w:p w:rsidR="009076DB" w:rsidRDefault="00D829C4">
      <w:r>
        <w:t>la propria disponibilità alla riconferma sull’alunno/a _____________________________ per l’a.s. 2026/2027.</w:t>
      </w:r>
    </w:p>
    <w:p w:rsidR="009076DB" w:rsidRDefault="009076DB"/>
    <w:p w:rsidR="009076DB" w:rsidRDefault="00D829C4">
      <w:r>
        <w:t>La presente disponibilità ha carattere non vincolante nella fase istruttoria.</w:t>
      </w:r>
    </w:p>
    <w:p w:rsidR="009076DB" w:rsidRDefault="009076DB"/>
    <w:p w:rsidR="009076DB" w:rsidRDefault="00D829C4">
      <w:r>
        <w:t>Il/la sottoscritto/a è consapevole che la volontà</w:t>
      </w:r>
      <w:r>
        <w:t xml:space="preserve"> definitiva sarà espressa tramite piattaforma POLIS, con carattere vincolante e irrevocabile.</w:t>
      </w:r>
    </w:p>
    <w:p w:rsidR="009076DB" w:rsidRDefault="009076DB"/>
    <w:p w:rsidR="009076DB" w:rsidRDefault="00D829C4">
      <w:r>
        <w:t>Data ___________</w:t>
      </w:r>
    </w:p>
    <w:p w:rsidR="009076DB" w:rsidRDefault="009076DB"/>
    <w:p w:rsidR="009076DB" w:rsidRDefault="00D829C4">
      <w:r>
        <w:t>Firma ___________________________</w:t>
      </w:r>
    </w:p>
    <w:p w:rsidR="009076DB" w:rsidRDefault="009076DB"/>
    <w:sectPr w:rsidR="009076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076DB"/>
    <w:rsid w:val="00AA1D8D"/>
    <w:rsid w:val="00B47730"/>
    <w:rsid w:val="00CB0664"/>
    <w:rsid w:val="00D82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C494D40-0CFE-4C9E-89E3-2EAE7B65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AA1A8A-5145-4BC7-ACDA-B764FA85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571</Characters>
  <Application>Microsoft Office Word</Application>
  <DocSecurity>0</DocSecurity>
  <Lines>31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Utente02</cp:lastModifiedBy>
  <cp:revision>2</cp:revision>
  <dcterms:created xsi:type="dcterms:W3CDTF">2026-04-10T08:53:00Z</dcterms:created>
  <dcterms:modified xsi:type="dcterms:W3CDTF">2026-04-10T08:53:00Z</dcterms:modified>
  <cp:category/>
</cp:coreProperties>
</file>