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661" w:rsidRDefault="005A6CA3">
      <w:pPr>
        <w:pStyle w:val="Titolo"/>
      </w:pPr>
      <w:bookmarkStart w:id="0" w:name="_GoBack"/>
      <w:bookmarkEnd w:id="0"/>
      <w:r>
        <w:t>Parere GLO continuità sostegno</w:t>
      </w:r>
    </w:p>
    <w:p w:rsidR="00DF0661" w:rsidRDefault="005A6CA3">
      <w:r>
        <w:t>AL DIRIGENTE SCOLASTICO</w:t>
      </w:r>
    </w:p>
    <w:p w:rsidR="00DF0661" w:rsidRDefault="005A6CA3">
      <w:r>
        <w:t>IC “Erodoto” – Corigliano-Rossano</w:t>
      </w:r>
    </w:p>
    <w:p w:rsidR="00DF0661" w:rsidRDefault="00DF0661"/>
    <w:p w:rsidR="00DF0661" w:rsidRDefault="005A6CA3">
      <w:r>
        <w:t>OGGETTO: Parere GLO continuità didattica docente di sostegno a.s. 2026/2027</w:t>
      </w:r>
    </w:p>
    <w:p w:rsidR="00DF0661" w:rsidRDefault="00DF0661"/>
    <w:p w:rsidR="00DF0661" w:rsidRDefault="005A6CA3">
      <w:r>
        <w:t>Il GLO, riunito in data ___________</w:t>
      </w:r>
    </w:p>
    <w:p w:rsidR="00DF0661" w:rsidRDefault="00DF0661"/>
    <w:p w:rsidR="00DF0661" w:rsidRDefault="005A6CA3">
      <w:r>
        <w:t>VISTO il D.lgs 66/2017</w:t>
      </w:r>
    </w:p>
    <w:p w:rsidR="00DF0661" w:rsidRDefault="005A6CA3">
      <w:r>
        <w:t>VISTO il D.M. 32/2025</w:t>
      </w:r>
    </w:p>
    <w:p w:rsidR="00DF0661" w:rsidRDefault="005A6CA3">
      <w:r>
        <w:t xml:space="preserve">VISTA </w:t>
      </w:r>
      <w:r>
        <w:t>l’O.M. n. 27/2026</w:t>
      </w:r>
    </w:p>
    <w:p w:rsidR="00DF0661" w:rsidRDefault="005A6CA3">
      <w:r>
        <w:t>VISTA la nota MIM prot. n. 7766 del 26/03/2026</w:t>
      </w:r>
    </w:p>
    <w:p w:rsidR="00DF0661" w:rsidRDefault="00DF0661"/>
    <w:p w:rsidR="00DF0661" w:rsidRDefault="005A6CA3">
      <w:r>
        <w:t>ESPRIME</w:t>
      </w:r>
    </w:p>
    <w:p w:rsidR="00DF0661" w:rsidRDefault="00DF0661"/>
    <w:p w:rsidR="00DF0661" w:rsidRDefault="005A6CA3">
      <w:r>
        <w:t>parere favorevole alla continuità del docente _____________________________ sull’alunno/a _____________________________</w:t>
      </w:r>
    </w:p>
    <w:p w:rsidR="00DF0661" w:rsidRDefault="00DF0661"/>
    <w:p w:rsidR="00DF0661" w:rsidRDefault="005A6CA3">
      <w:r>
        <w:t>Motivazione:</w:t>
      </w:r>
    </w:p>
    <w:p w:rsidR="00DF0661" w:rsidRDefault="005A6CA3">
      <w:r>
        <w:t>_______________________________________________</w:t>
      </w:r>
      <w:r>
        <w:t>_____</w:t>
      </w:r>
    </w:p>
    <w:p w:rsidR="00DF0661" w:rsidRDefault="00DF0661"/>
    <w:p w:rsidR="00DF0661" w:rsidRDefault="005A6CA3">
      <w:r>
        <w:t>Data ___________</w:t>
      </w:r>
    </w:p>
    <w:p w:rsidR="00DF0661" w:rsidRDefault="00DF0661"/>
    <w:p w:rsidR="00DF0661" w:rsidRDefault="005A6CA3">
      <w:r>
        <w:t>Firme componenti GLO</w:t>
      </w:r>
    </w:p>
    <w:p w:rsidR="00DF0661" w:rsidRDefault="00DF0661"/>
    <w:sectPr w:rsidR="00DF066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A6CA3"/>
    <w:rsid w:val="00AA1D8D"/>
    <w:rsid w:val="00B47730"/>
    <w:rsid w:val="00CB0664"/>
    <w:rsid w:val="00DF066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0A2F4BC5-B3B3-446C-81FD-486E3A694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77AFD6-FF28-4C61-B500-B0C219544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489</Characters>
  <Application>Microsoft Office Word</Application>
  <DocSecurity>0</DocSecurity>
  <Lines>27</Lines>
  <Paragraphs>23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Utente02</cp:lastModifiedBy>
  <cp:revision>2</cp:revision>
  <dcterms:created xsi:type="dcterms:W3CDTF">2026-04-10T08:54:00Z</dcterms:created>
  <dcterms:modified xsi:type="dcterms:W3CDTF">2026-04-10T08:54:00Z</dcterms:modified>
  <cp:category/>
</cp:coreProperties>
</file>