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B724B" w14:textId="77777777" w:rsidR="0069046A" w:rsidRDefault="00000000">
      <w:pPr>
        <w:jc w:val="center"/>
      </w:pPr>
      <w:r>
        <w:rPr>
          <w:noProof/>
        </w:rPr>
        <w:drawing>
          <wp:inline distT="0" distB="0" distL="0" distR="0" wp14:anchorId="127A3C8C" wp14:editId="7671875F">
            <wp:extent cx="6355080" cy="16858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_erodoto_header_official_v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168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CA1C1" w14:textId="77777777" w:rsidR="0069046A" w:rsidRDefault="00000000">
      <w:pPr>
        <w:jc w:val="center"/>
      </w:pPr>
      <w:r>
        <w:rPr>
          <w:b/>
          <w:color w:val="1F4E79"/>
          <w:sz w:val="32"/>
        </w:rPr>
        <w:t>MODELLO DI CANDIDATURA</w:t>
      </w:r>
    </w:p>
    <w:p w14:paraId="1DA6425B" w14:textId="77777777" w:rsidR="0069046A" w:rsidRDefault="00000000">
      <w:pPr>
        <w:jc w:val="center"/>
      </w:pPr>
      <w:r>
        <w:rPr>
          <w:b/>
          <w:sz w:val="24"/>
        </w:rPr>
        <w:t>Funzioni strumentali al PTOF – a.s. 2026/2027</w:t>
      </w:r>
    </w:p>
    <w:p w14:paraId="0E4C5D5A" w14:textId="77777777" w:rsidR="0069046A" w:rsidRDefault="00000000">
      <w:r>
        <w:t>Alla Dirigente scolastica dell’IC Erodoto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6350"/>
      </w:tblGrid>
      <w:tr w:rsidR="0069046A" w14:paraId="3D7A68F3" w14:textId="77777777">
        <w:trPr>
          <w:jc w:val="center"/>
        </w:trPr>
        <w:tc>
          <w:tcPr>
            <w:tcW w:w="3061" w:type="dxa"/>
            <w:shd w:val="clear" w:color="auto" w:fill="DDEB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A5F354" w14:textId="77777777" w:rsidR="0069046A" w:rsidRDefault="00000000">
            <w:r>
              <w:rPr>
                <w:b/>
                <w:color w:val="1F4E79"/>
              </w:rPr>
              <w:t>Cognome e nome</w:t>
            </w:r>
          </w:p>
        </w:tc>
        <w:tc>
          <w:tcPr>
            <w:tcW w:w="63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374A8BE" w14:textId="77777777" w:rsidR="0069046A" w:rsidRDefault="0069046A"/>
        </w:tc>
      </w:tr>
      <w:tr w:rsidR="0069046A" w14:paraId="4CBF9009" w14:textId="77777777">
        <w:trPr>
          <w:jc w:val="center"/>
        </w:trPr>
        <w:tc>
          <w:tcPr>
            <w:tcW w:w="3061" w:type="dxa"/>
            <w:shd w:val="clear" w:color="auto" w:fill="DDEB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1909A5" w14:textId="77777777" w:rsidR="0069046A" w:rsidRDefault="00000000">
            <w:r>
              <w:rPr>
                <w:b/>
                <w:color w:val="1F4E79"/>
              </w:rPr>
              <w:t>Luogo e data di nascita</w:t>
            </w:r>
          </w:p>
        </w:tc>
        <w:tc>
          <w:tcPr>
            <w:tcW w:w="63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793D0D8" w14:textId="77777777" w:rsidR="0069046A" w:rsidRDefault="0069046A"/>
        </w:tc>
      </w:tr>
      <w:tr w:rsidR="0069046A" w14:paraId="4AA79504" w14:textId="77777777">
        <w:trPr>
          <w:jc w:val="center"/>
        </w:trPr>
        <w:tc>
          <w:tcPr>
            <w:tcW w:w="3061" w:type="dxa"/>
            <w:shd w:val="clear" w:color="auto" w:fill="DDEB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05917E" w14:textId="77777777" w:rsidR="0069046A" w:rsidRDefault="00000000">
            <w:r>
              <w:rPr>
                <w:b/>
                <w:color w:val="1F4E79"/>
              </w:rPr>
              <w:t>Ordine di scuola</w:t>
            </w:r>
          </w:p>
        </w:tc>
        <w:tc>
          <w:tcPr>
            <w:tcW w:w="63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CAB8204" w14:textId="77777777" w:rsidR="0069046A" w:rsidRDefault="00000000">
            <w:r>
              <w:t>□ Infanzia     □ Primaria     □ Secondaria di I grado</w:t>
            </w:r>
          </w:p>
        </w:tc>
      </w:tr>
      <w:tr w:rsidR="0069046A" w14:paraId="7711B45E" w14:textId="77777777">
        <w:trPr>
          <w:jc w:val="center"/>
        </w:trPr>
        <w:tc>
          <w:tcPr>
            <w:tcW w:w="3061" w:type="dxa"/>
            <w:shd w:val="clear" w:color="auto" w:fill="DDEB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0C91D2" w14:textId="77777777" w:rsidR="0069046A" w:rsidRDefault="00000000">
            <w:r>
              <w:rPr>
                <w:b/>
                <w:color w:val="1F4E79"/>
              </w:rPr>
              <w:t>Plesso di servizio</w:t>
            </w:r>
          </w:p>
        </w:tc>
        <w:tc>
          <w:tcPr>
            <w:tcW w:w="63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F42F72F" w14:textId="77777777" w:rsidR="0069046A" w:rsidRDefault="0069046A"/>
        </w:tc>
      </w:tr>
      <w:tr w:rsidR="0069046A" w14:paraId="38B69279" w14:textId="77777777">
        <w:trPr>
          <w:jc w:val="center"/>
        </w:trPr>
        <w:tc>
          <w:tcPr>
            <w:tcW w:w="3061" w:type="dxa"/>
            <w:shd w:val="clear" w:color="auto" w:fill="DDEB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41625F" w14:textId="77777777" w:rsidR="0069046A" w:rsidRDefault="00000000">
            <w:r>
              <w:rPr>
                <w:b/>
                <w:color w:val="1F4E79"/>
              </w:rPr>
              <w:t>Disciplina/posto di insegnamento</w:t>
            </w:r>
          </w:p>
        </w:tc>
        <w:tc>
          <w:tcPr>
            <w:tcW w:w="63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067C9D3" w14:textId="77777777" w:rsidR="0069046A" w:rsidRDefault="0069046A"/>
        </w:tc>
      </w:tr>
      <w:tr w:rsidR="0069046A" w14:paraId="7619D7D5" w14:textId="77777777">
        <w:trPr>
          <w:jc w:val="center"/>
        </w:trPr>
        <w:tc>
          <w:tcPr>
            <w:tcW w:w="3061" w:type="dxa"/>
            <w:shd w:val="clear" w:color="auto" w:fill="DDEB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1DF83C" w14:textId="77777777" w:rsidR="0069046A" w:rsidRDefault="00000000">
            <w:r>
              <w:rPr>
                <w:b/>
                <w:color w:val="1F4E79"/>
              </w:rPr>
              <w:t>E-mail istituzionale</w:t>
            </w:r>
          </w:p>
        </w:tc>
        <w:tc>
          <w:tcPr>
            <w:tcW w:w="63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BC8EC30" w14:textId="77777777" w:rsidR="0069046A" w:rsidRDefault="0069046A"/>
        </w:tc>
      </w:tr>
      <w:tr w:rsidR="0069046A" w14:paraId="34C6B4AB" w14:textId="77777777">
        <w:trPr>
          <w:jc w:val="center"/>
        </w:trPr>
        <w:tc>
          <w:tcPr>
            <w:tcW w:w="3061" w:type="dxa"/>
            <w:shd w:val="clear" w:color="auto" w:fill="DDEB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7A03E2" w14:textId="77777777" w:rsidR="0069046A" w:rsidRDefault="00000000">
            <w:r>
              <w:rPr>
                <w:b/>
                <w:color w:val="1F4E79"/>
              </w:rPr>
              <w:t>Recapito telefonico</w:t>
            </w:r>
          </w:p>
        </w:tc>
        <w:tc>
          <w:tcPr>
            <w:tcW w:w="635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BF3D888" w14:textId="77777777" w:rsidR="0069046A" w:rsidRDefault="0069046A"/>
        </w:tc>
      </w:tr>
    </w:tbl>
    <w:p w14:paraId="460DE71A" w14:textId="77777777" w:rsidR="0069046A" w:rsidRDefault="00000000">
      <w:pPr>
        <w:pStyle w:val="Titolo1"/>
      </w:pPr>
      <w:r>
        <w:t>Funzione richiesta – una sola scelta</w:t>
      </w:r>
    </w:p>
    <w:p w14:paraId="1E67A843" w14:textId="77777777" w:rsidR="0069046A" w:rsidRDefault="00000000">
      <w:pPr>
        <w:pStyle w:val="Puntoelenco"/>
        <w:ind w:left="369" w:hanging="142"/>
      </w:pPr>
      <w:r>
        <w:t>□ Area Alunni: Inclusione – Infanzia e Primaria</w:t>
      </w:r>
    </w:p>
    <w:p w14:paraId="09AEE7B0" w14:textId="77777777" w:rsidR="0069046A" w:rsidRDefault="00000000">
      <w:pPr>
        <w:pStyle w:val="Puntoelenco"/>
        <w:ind w:left="369" w:hanging="142"/>
      </w:pPr>
      <w:r>
        <w:t>□ Area Alunni: Benessere, Eccellenza e Merito – Secondaria di primo grado</w:t>
      </w:r>
    </w:p>
    <w:p w14:paraId="15FAFA25" w14:textId="77777777" w:rsidR="0069046A" w:rsidRDefault="00000000">
      <w:pPr>
        <w:pStyle w:val="Puntoelenco"/>
        <w:ind w:left="369" w:hanging="142"/>
      </w:pPr>
      <w:r>
        <w:t>□ Area Rapporti con il territorio: Reti e viaggi – Infanzia e Primaria</w:t>
      </w:r>
    </w:p>
    <w:p w14:paraId="585B218D" w14:textId="77777777" w:rsidR="0069046A" w:rsidRDefault="00000000">
      <w:pPr>
        <w:pStyle w:val="Puntoelenco"/>
        <w:ind w:left="369" w:hanging="142"/>
      </w:pPr>
      <w:r>
        <w:t>□ Area Rapporti con il territorio: Reti e viaggi – Secondaria di primo grado</w:t>
      </w:r>
    </w:p>
    <w:p w14:paraId="3B22FC55" w14:textId="77777777" w:rsidR="0069046A" w:rsidRDefault="00000000">
      <w:pPr>
        <w:pStyle w:val="Titolo1"/>
      </w:pPr>
      <w:r>
        <w:t>Dichiarazioni</w:t>
      </w:r>
    </w:p>
    <w:p w14:paraId="4837281D" w14:textId="77777777" w:rsidR="0069046A" w:rsidRDefault="00000000">
      <w:pPr>
        <w:pStyle w:val="Puntoelenco"/>
        <w:ind w:left="369" w:hanging="142"/>
      </w:pPr>
      <w:r>
        <w:t>di essere in servizio nell’IC Erodoto per l’intero a.s. 2026/2027;</w:t>
      </w:r>
    </w:p>
    <w:p w14:paraId="070AB535" w14:textId="77777777" w:rsidR="0069046A" w:rsidRDefault="00000000">
      <w:pPr>
        <w:pStyle w:val="Puntoelenco"/>
        <w:ind w:left="369" w:hanging="142"/>
      </w:pPr>
      <w:r>
        <w:t>di accettare i compiti connessi alla funzione richiesta;</w:t>
      </w:r>
    </w:p>
    <w:p w14:paraId="40D66F78" w14:textId="77777777" w:rsidR="0069046A" w:rsidRDefault="00000000">
      <w:pPr>
        <w:pStyle w:val="Puntoelenco"/>
        <w:ind w:left="369" w:hanging="142"/>
      </w:pPr>
      <w:r>
        <w:t>di essere disponibile a incontri, coordinamento e attività pomeridiane o extrascolastiche;</w:t>
      </w:r>
    </w:p>
    <w:p w14:paraId="7D7F37CA" w14:textId="77777777" w:rsidR="0069046A" w:rsidRDefault="00000000">
      <w:pPr>
        <w:pStyle w:val="Puntoelenco"/>
        <w:ind w:left="369" w:hanging="142"/>
      </w:pPr>
      <w:r>
        <w:t>di impegnarsi a produrre la documentazione e la relazione finale richieste;</w:t>
      </w:r>
    </w:p>
    <w:p w14:paraId="148C417D" w14:textId="77777777" w:rsidR="0069046A" w:rsidRDefault="00000000">
      <w:pPr>
        <w:pStyle w:val="Puntoelenco"/>
        <w:ind w:left="369" w:hanging="142"/>
      </w:pPr>
      <w:r>
        <w:t>che quanto dichiarato corrisponde al vero ai sensi del D.P.R. 445/2000;</w:t>
      </w:r>
    </w:p>
    <w:p w14:paraId="63B90AAF" w14:textId="77777777" w:rsidR="0069046A" w:rsidRDefault="00000000">
      <w:pPr>
        <w:pStyle w:val="Puntoelenco"/>
        <w:ind w:left="369" w:hanging="142"/>
      </w:pPr>
      <w:r>
        <w:t>di allegare curriculum vitae aggiornato.</w:t>
      </w:r>
    </w:p>
    <w:p w14:paraId="4CDBD735" w14:textId="77777777" w:rsidR="0069046A" w:rsidRDefault="00000000">
      <w:r>
        <w:br w:type="page"/>
      </w:r>
    </w:p>
    <w:p w14:paraId="28DBDADB" w14:textId="77777777" w:rsidR="0069046A" w:rsidRDefault="00000000">
      <w:pPr>
        <w:pStyle w:val="Titolo1"/>
      </w:pPr>
      <w:r>
        <w:lastRenderedPageBreak/>
        <w:t>A. AREA ALUNNI – INCLUSIONE (INFANZIA E PRIMARIA)</w:t>
      </w:r>
    </w:p>
    <w:p w14:paraId="1567CBCB" w14:textId="77777777" w:rsidR="0069046A" w:rsidRDefault="00000000">
      <w:r>
        <w:t>Compilare esclusivamente la sezione relativa alla funzione richiesta. Indicare in modo analitico i titoli e le esperienze, specificandone l’attinenza.</w:t>
      </w:r>
    </w:p>
    <w:p w14:paraId="4A01E21E" w14:textId="77777777" w:rsidR="0069046A" w:rsidRDefault="00000000">
      <w:pPr>
        <w:pStyle w:val="Titolo2"/>
      </w:pPr>
      <w:r>
        <w:t>Titoli e formazione specifica da dichiarare</w:t>
      </w:r>
    </w:p>
    <w:p w14:paraId="454C7BA7" w14:textId="77777777" w:rsidR="0069046A" w:rsidRDefault="00000000">
      <w:pPr>
        <w:pStyle w:val="Puntoelenco"/>
        <w:ind w:left="369" w:hanging="142"/>
      </w:pPr>
      <w:r>
        <w:t>Titolo di specializzazione per le attività di sostegno e ulteriori titoli universitari pertinenti.</w:t>
      </w:r>
    </w:p>
    <w:p w14:paraId="22309EF2" w14:textId="77777777" w:rsidR="0069046A" w:rsidRDefault="00000000">
      <w:pPr>
        <w:pStyle w:val="Puntoelenco"/>
        <w:ind w:left="369" w:hanging="142"/>
      </w:pPr>
      <w:r>
        <w:t>Formazione su inclusione, disabilità, BES, DSA, autismo, ADHD, PEI su base ICF, PDP e valutazione inclusiva.</w:t>
      </w:r>
    </w:p>
    <w:p w14:paraId="3E4E6542" w14:textId="77777777" w:rsidR="0069046A" w:rsidRDefault="00000000">
      <w:pPr>
        <w:pStyle w:val="Puntoelenco"/>
        <w:ind w:left="369" w:hanging="142"/>
      </w:pPr>
      <w:r>
        <w:t>Esperienze come Funzione strumentale, referente inclusione, componente GLI/GLO o coordinatore di progetti inclusivi.</w:t>
      </w:r>
    </w:p>
    <w:p w14:paraId="608F696B" w14:textId="77777777" w:rsidR="0069046A" w:rsidRDefault="00000000">
      <w:pPr>
        <w:pStyle w:val="Puntoelenco"/>
        <w:ind w:left="369" w:hanging="142"/>
      </w:pPr>
      <w:r>
        <w:t>Esperienze di raccordo con famiglie, servizi sociosanitari, enti locali e assistenza specialistica.</w:t>
      </w:r>
    </w:p>
    <w:p w14:paraId="78CC22E8" w14:textId="77777777" w:rsidR="0069046A" w:rsidRDefault="00000000">
      <w:pPr>
        <w:pStyle w:val="Puntoelenco"/>
        <w:ind w:left="369" w:hanging="142"/>
      </w:pPr>
      <w:r>
        <w:t>Competenze nella gestione documentale, nel monitoraggio e nell’accompagnamento dei docenti.</w:t>
      </w:r>
    </w:p>
    <w:p w14:paraId="4A6413D8" w14:textId="77777777" w:rsidR="0069046A" w:rsidRDefault="00000000">
      <w:pPr>
        <w:pStyle w:val="Titolo2"/>
      </w:pPr>
      <w:r>
        <w:t>Titoli, formazione ed esperienze posseduti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984"/>
        <w:gridCol w:w="1247"/>
        <w:gridCol w:w="3515"/>
      </w:tblGrid>
      <w:tr w:rsidR="0069046A" w14:paraId="549EF874" w14:textId="77777777">
        <w:trPr>
          <w:tblHeader/>
          <w:jc w:val="center"/>
        </w:trPr>
        <w:tc>
          <w:tcPr>
            <w:tcW w:w="2665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C5A1F28" w14:textId="77777777" w:rsidR="0069046A" w:rsidRDefault="00000000">
            <w:r>
              <w:rPr>
                <w:b/>
                <w:color w:val="FFFFFF"/>
                <w:sz w:val="18"/>
              </w:rPr>
              <w:t>Titolo/esperienza</w:t>
            </w:r>
          </w:p>
        </w:tc>
        <w:tc>
          <w:tcPr>
            <w:tcW w:w="1984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86A2BA2" w14:textId="77777777" w:rsidR="0069046A" w:rsidRDefault="00000000">
            <w:r>
              <w:rPr>
                <w:b/>
                <w:color w:val="FFFFFF"/>
                <w:sz w:val="18"/>
              </w:rPr>
              <w:t>Ente o istituzione</w:t>
            </w:r>
          </w:p>
        </w:tc>
        <w:tc>
          <w:tcPr>
            <w:tcW w:w="1247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18A120" w14:textId="77777777" w:rsidR="0069046A" w:rsidRDefault="00000000">
            <w:r>
              <w:rPr>
                <w:b/>
                <w:color w:val="FFFFFF"/>
                <w:sz w:val="18"/>
              </w:rPr>
              <w:t>Anno/durata</w:t>
            </w:r>
          </w:p>
        </w:tc>
        <w:tc>
          <w:tcPr>
            <w:tcW w:w="3515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7E9EFBD" w14:textId="77777777" w:rsidR="0069046A" w:rsidRDefault="00000000">
            <w:r>
              <w:rPr>
                <w:b/>
                <w:color w:val="FFFFFF"/>
                <w:sz w:val="18"/>
              </w:rPr>
              <w:t>Descrizione e attinenza alla funzione</w:t>
            </w:r>
          </w:p>
        </w:tc>
      </w:tr>
      <w:tr w:rsidR="0069046A" w14:paraId="79EA5730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71AE6F53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4BF1C6A7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155EC61E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6FE33161" w14:textId="77777777" w:rsidR="0069046A" w:rsidRDefault="00000000">
            <w:r>
              <w:br/>
            </w:r>
          </w:p>
        </w:tc>
      </w:tr>
      <w:tr w:rsidR="0069046A" w14:paraId="2282BC42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E1FBD81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12B5DB74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65B09F98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43E77BBC" w14:textId="77777777" w:rsidR="0069046A" w:rsidRDefault="00000000">
            <w:r>
              <w:br/>
            </w:r>
          </w:p>
        </w:tc>
      </w:tr>
      <w:tr w:rsidR="0069046A" w14:paraId="2C202E85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C7CE51B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E6DE7F8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4968E08C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577B3153" w14:textId="77777777" w:rsidR="0069046A" w:rsidRDefault="00000000">
            <w:r>
              <w:br/>
            </w:r>
          </w:p>
        </w:tc>
      </w:tr>
      <w:tr w:rsidR="0069046A" w14:paraId="3405D6C7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69A57756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BE001FA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BB87E3B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5FCF6FEE" w14:textId="77777777" w:rsidR="0069046A" w:rsidRDefault="00000000">
            <w:r>
              <w:br/>
            </w:r>
          </w:p>
        </w:tc>
      </w:tr>
      <w:tr w:rsidR="0069046A" w14:paraId="396AFEF2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5F0D578C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1DE48C19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63DF66AF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C732BFB" w14:textId="77777777" w:rsidR="0069046A" w:rsidRDefault="00000000">
            <w:r>
              <w:br/>
            </w:r>
          </w:p>
        </w:tc>
      </w:tr>
    </w:tbl>
    <w:p w14:paraId="58C35DAF" w14:textId="77777777" w:rsidR="0069046A" w:rsidRDefault="00000000">
      <w:pPr>
        <w:pStyle w:val="Titolo2"/>
      </w:pPr>
      <w:r>
        <w:t>Proposta operativa sintetica</w:t>
      </w:r>
    </w:p>
    <w:p w14:paraId="59EDDF42" w14:textId="77777777" w:rsidR="0069046A" w:rsidRDefault="00000000">
      <w:r>
        <w:t>Indicare priorità, prime azioni, modalità di raccordo e prodotto finale previsto per l’a.s. 2026/2027.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32"/>
      </w:tblGrid>
      <w:tr w:rsidR="0069046A" w14:paraId="70DA95F1" w14:textId="77777777">
        <w:tc>
          <w:tcPr>
            <w:tcW w:w="9832" w:type="dxa"/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159ADB45" w14:textId="77777777" w:rsidR="0069046A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0CB74161" w14:textId="77777777" w:rsidR="0069046A" w:rsidRDefault="00000000">
      <w:r>
        <w:br w:type="page"/>
      </w:r>
    </w:p>
    <w:p w14:paraId="6D53DF68" w14:textId="77777777" w:rsidR="0069046A" w:rsidRDefault="00000000">
      <w:pPr>
        <w:pStyle w:val="Titolo1"/>
      </w:pPr>
      <w:r>
        <w:lastRenderedPageBreak/>
        <w:t>B. AREA ALUNNI – BENESSERE, ECCELLENZA E MERITO (SECONDARIA)</w:t>
      </w:r>
    </w:p>
    <w:p w14:paraId="45AE8953" w14:textId="77777777" w:rsidR="0069046A" w:rsidRDefault="00000000">
      <w:r>
        <w:t>Compilare esclusivamente la sezione relativa alla funzione richiesta. Indicare in modo analitico i titoli e le esperienze, specificandone l’attinenza.</w:t>
      </w:r>
    </w:p>
    <w:p w14:paraId="53D70866" w14:textId="77777777" w:rsidR="0069046A" w:rsidRDefault="00000000">
      <w:pPr>
        <w:pStyle w:val="Titolo2"/>
      </w:pPr>
      <w:r>
        <w:t>Titoli e formazione specifica da dichiarare</w:t>
      </w:r>
    </w:p>
    <w:p w14:paraId="7B6A0353" w14:textId="77777777" w:rsidR="0069046A" w:rsidRDefault="00000000">
      <w:pPr>
        <w:pStyle w:val="Puntoelenco"/>
        <w:ind w:left="369" w:hanging="142"/>
      </w:pPr>
      <w:r>
        <w:t>Formazione ed esperienze su bullismo, cyberbullismo, cittadinanza digitale, tutela dei minori e gestione delle segnalazioni.</w:t>
      </w:r>
    </w:p>
    <w:p w14:paraId="2D0E71ED" w14:textId="77777777" w:rsidR="0069046A" w:rsidRDefault="00000000">
      <w:pPr>
        <w:pStyle w:val="Puntoelenco"/>
        <w:ind w:left="369" w:hanging="142"/>
      </w:pPr>
      <w:r>
        <w:t>Partecipazione a percorsi istituzionali, anche Piattaforma ELISA, o ad altre iniziative riconosciute.</w:t>
      </w:r>
    </w:p>
    <w:p w14:paraId="1E3564CC" w14:textId="77777777" w:rsidR="0069046A" w:rsidRDefault="00000000">
      <w:pPr>
        <w:pStyle w:val="Puntoelenco"/>
        <w:ind w:left="369" w:hanging="142"/>
      </w:pPr>
      <w:r>
        <w:t>Esperienze nella prevenzione del disagio e nella promozione del benessere rivolte ad alunni, famiglie e personale.</w:t>
      </w:r>
    </w:p>
    <w:p w14:paraId="01689578" w14:textId="77777777" w:rsidR="0069046A" w:rsidRDefault="00000000">
      <w:pPr>
        <w:pStyle w:val="Puntoelenco"/>
        <w:ind w:left="369" w:hanging="142"/>
      </w:pPr>
      <w:r>
        <w:t>Titoli e formazione sulla valorizzazione dei talenti, didattica per competenze e personalizzazione.</w:t>
      </w:r>
    </w:p>
    <w:p w14:paraId="243AC847" w14:textId="77777777" w:rsidR="0069046A" w:rsidRDefault="00000000">
      <w:pPr>
        <w:pStyle w:val="Puntoelenco"/>
        <w:ind w:left="369" w:hanging="142"/>
      </w:pPr>
      <w:r>
        <w:t>Esperienze di organizzazione di concorsi, competizioni, olimpiadi, premi e manifestazioni scolastiche.</w:t>
      </w:r>
    </w:p>
    <w:p w14:paraId="7E2221A9" w14:textId="77777777" w:rsidR="0069046A" w:rsidRDefault="00000000">
      <w:pPr>
        <w:pStyle w:val="Puntoelenco"/>
        <w:ind w:left="369" w:hanging="142"/>
      </w:pPr>
      <w:r>
        <w:t>Competenze organizzative, relazionali, digitali, documentali e di monitoraggio riferite ai tre ambiti.</w:t>
      </w:r>
    </w:p>
    <w:p w14:paraId="7E723BE0" w14:textId="77777777" w:rsidR="0069046A" w:rsidRDefault="00000000">
      <w:pPr>
        <w:pStyle w:val="Titolo2"/>
      </w:pPr>
      <w:r>
        <w:t>Titoli, formazione ed esperienze posseduti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984"/>
        <w:gridCol w:w="1247"/>
        <w:gridCol w:w="3515"/>
      </w:tblGrid>
      <w:tr w:rsidR="0069046A" w14:paraId="4A6FA82A" w14:textId="77777777">
        <w:trPr>
          <w:tblHeader/>
          <w:jc w:val="center"/>
        </w:trPr>
        <w:tc>
          <w:tcPr>
            <w:tcW w:w="2665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F70031F" w14:textId="77777777" w:rsidR="0069046A" w:rsidRDefault="00000000">
            <w:r>
              <w:rPr>
                <w:b/>
                <w:color w:val="FFFFFF"/>
                <w:sz w:val="18"/>
              </w:rPr>
              <w:t>Titolo/esperienza</w:t>
            </w:r>
          </w:p>
        </w:tc>
        <w:tc>
          <w:tcPr>
            <w:tcW w:w="1984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734BB1E" w14:textId="77777777" w:rsidR="0069046A" w:rsidRDefault="00000000">
            <w:r>
              <w:rPr>
                <w:b/>
                <w:color w:val="FFFFFF"/>
                <w:sz w:val="18"/>
              </w:rPr>
              <w:t>Ente o istituzione</w:t>
            </w:r>
          </w:p>
        </w:tc>
        <w:tc>
          <w:tcPr>
            <w:tcW w:w="1247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FB354F" w14:textId="77777777" w:rsidR="0069046A" w:rsidRDefault="00000000">
            <w:r>
              <w:rPr>
                <w:b/>
                <w:color w:val="FFFFFF"/>
                <w:sz w:val="18"/>
              </w:rPr>
              <w:t>Anno/durata</w:t>
            </w:r>
          </w:p>
        </w:tc>
        <w:tc>
          <w:tcPr>
            <w:tcW w:w="3515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C38CF26" w14:textId="77777777" w:rsidR="0069046A" w:rsidRDefault="00000000">
            <w:r>
              <w:rPr>
                <w:b/>
                <w:color w:val="FFFFFF"/>
                <w:sz w:val="18"/>
              </w:rPr>
              <w:t>Descrizione e attinenza alla funzione</w:t>
            </w:r>
          </w:p>
        </w:tc>
      </w:tr>
      <w:tr w:rsidR="0069046A" w14:paraId="78204ED4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38933869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2E7F63B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17DDDFFF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35E6F3B6" w14:textId="77777777" w:rsidR="0069046A" w:rsidRDefault="00000000">
            <w:r>
              <w:br/>
            </w:r>
          </w:p>
        </w:tc>
      </w:tr>
      <w:tr w:rsidR="0069046A" w14:paraId="7DE2C9AF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A7D0053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78821371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3130C519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37060B0D" w14:textId="77777777" w:rsidR="0069046A" w:rsidRDefault="00000000">
            <w:r>
              <w:br/>
            </w:r>
          </w:p>
        </w:tc>
      </w:tr>
      <w:tr w:rsidR="0069046A" w14:paraId="55277C0E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0604839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8BF59C0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FE2C038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8F4DF4E" w14:textId="77777777" w:rsidR="0069046A" w:rsidRDefault="00000000">
            <w:r>
              <w:br/>
            </w:r>
          </w:p>
        </w:tc>
      </w:tr>
      <w:tr w:rsidR="0069046A" w14:paraId="3F4FD371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66CEF692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CD61A27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CB61F37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61D83AAC" w14:textId="77777777" w:rsidR="0069046A" w:rsidRDefault="00000000">
            <w:r>
              <w:br/>
            </w:r>
          </w:p>
        </w:tc>
      </w:tr>
      <w:tr w:rsidR="0069046A" w14:paraId="375BCE41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746F72A9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728EAAB6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663808EB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EBB0281" w14:textId="77777777" w:rsidR="0069046A" w:rsidRDefault="00000000">
            <w:r>
              <w:br/>
            </w:r>
          </w:p>
        </w:tc>
      </w:tr>
    </w:tbl>
    <w:p w14:paraId="580460B7" w14:textId="77777777" w:rsidR="0069046A" w:rsidRDefault="00000000">
      <w:pPr>
        <w:pStyle w:val="Titolo2"/>
      </w:pPr>
      <w:r>
        <w:t>Proposta operativa sintetica</w:t>
      </w:r>
    </w:p>
    <w:p w14:paraId="3AFF22CC" w14:textId="77777777" w:rsidR="0069046A" w:rsidRDefault="00000000">
      <w:r>
        <w:t>Indicare priorità, prime azioni, modalità di raccordo e prodotto finale previsto per l’a.s. 2026/2027.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32"/>
      </w:tblGrid>
      <w:tr w:rsidR="0069046A" w14:paraId="79B4BC64" w14:textId="77777777">
        <w:tc>
          <w:tcPr>
            <w:tcW w:w="9832" w:type="dxa"/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68E6CF89" w14:textId="77777777" w:rsidR="0069046A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25AC51AC" w14:textId="77777777" w:rsidR="0069046A" w:rsidRDefault="00000000">
      <w:r>
        <w:br w:type="page"/>
      </w:r>
    </w:p>
    <w:p w14:paraId="5EC60B60" w14:textId="77777777" w:rsidR="0069046A" w:rsidRDefault="00000000">
      <w:pPr>
        <w:pStyle w:val="Titolo1"/>
      </w:pPr>
      <w:r>
        <w:lastRenderedPageBreak/>
        <w:t>C. AREA RAPPORTI CON IL TERRITORIO – RETI E VIAGGI</w:t>
      </w:r>
    </w:p>
    <w:p w14:paraId="6EAF3E2F" w14:textId="77777777" w:rsidR="0069046A" w:rsidRDefault="00000000">
      <w:r>
        <w:t>Compilare esclusivamente la sezione relativa alla funzione richiesta. Indicare in modo analitico i titoli e le esperienze, specificandone l’attinenza.</w:t>
      </w:r>
    </w:p>
    <w:p w14:paraId="53F188E2" w14:textId="77777777" w:rsidR="0069046A" w:rsidRDefault="00000000">
      <w:pPr>
        <w:pStyle w:val="Titolo2"/>
      </w:pPr>
      <w:r>
        <w:t>Titoli e formazione specifica da dichiarare</w:t>
      </w:r>
    </w:p>
    <w:p w14:paraId="741D3105" w14:textId="77777777" w:rsidR="0069046A" w:rsidRDefault="00000000">
      <w:pPr>
        <w:pStyle w:val="Puntoelenco"/>
        <w:ind w:left="369" w:hanging="142"/>
      </w:pPr>
      <w:r>
        <w:t>Formazione o esperienze nella progettazione territoriale, nel lavoro di rete e nella gestione di partenariati.</w:t>
      </w:r>
    </w:p>
    <w:p w14:paraId="1EEE94BD" w14:textId="77777777" w:rsidR="0069046A" w:rsidRDefault="00000000">
      <w:pPr>
        <w:pStyle w:val="Puntoelenco"/>
        <w:ind w:left="369" w:hanging="142"/>
      </w:pPr>
      <w:r>
        <w:t>Esperienze di coordinamento di visite guidate, viaggi di istruzione, uscite didattiche e attività con enti esterni.</w:t>
      </w:r>
    </w:p>
    <w:p w14:paraId="41CCDD51" w14:textId="77777777" w:rsidR="0069046A" w:rsidRDefault="00000000">
      <w:pPr>
        <w:pStyle w:val="Puntoelenco"/>
        <w:ind w:left="369" w:hanging="142"/>
      </w:pPr>
      <w:r>
        <w:t>Conoscenza delle procedure organizzative, autorizzative, di sicurezza e inclusione connesse alle uscite.</w:t>
      </w:r>
    </w:p>
    <w:p w14:paraId="6B535147" w14:textId="77777777" w:rsidR="0069046A" w:rsidRDefault="00000000">
      <w:pPr>
        <w:pStyle w:val="Puntoelenco"/>
        <w:ind w:left="369" w:hanging="142"/>
      </w:pPr>
      <w:r>
        <w:t>Esperienze di predisposizione di piani, calendari, comunicazioni, monitoraggi e restituzioni finali.</w:t>
      </w:r>
    </w:p>
    <w:p w14:paraId="7661FD5C" w14:textId="77777777" w:rsidR="0069046A" w:rsidRDefault="00000000">
      <w:pPr>
        <w:pStyle w:val="Puntoelenco"/>
        <w:ind w:left="369" w:hanging="142"/>
      </w:pPr>
      <w:r>
        <w:t>Competenze negoziali, relazionali, digitali e documentali utili al raccordo con uffici, famiglie e operatori.</w:t>
      </w:r>
    </w:p>
    <w:p w14:paraId="2841BA45" w14:textId="77777777" w:rsidR="0069046A" w:rsidRDefault="00000000">
      <w:pPr>
        <w:pStyle w:val="Titolo2"/>
      </w:pPr>
      <w:r>
        <w:t>Titoli, formazione ed esperienze posseduti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984"/>
        <w:gridCol w:w="1247"/>
        <w:gridCol w:w="3515"/>
      </w:tblGrid>
      <w:tr w:rsidR="0069046A" w14:paraId="497B531B" w14:textId="77777777">
        <w:trPr>
          <w:tblHeader/>
          <w:jc w:val="center"/>
        </w:trPr>
        <w:tc>
          <w:tcPr>
            <w:tcW w:w="2665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C93A8AD" w14:textId="77777777" w:rsidR="0069046A" w:rsidRDefault="00000000">
            <w:r>
              <w:rPr>
                <w:b/>
                <w:color w:val="FFFFFF"/>
                <w:sz w:val="18"/>
              </w:rPr>
              <w:t>Titolo/esperienza</w:t>
            </w:r>
          </w:p>
        </w:tc>
        <w:tc>
          <w:tcPr>
            <w:tcW w:w="1984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7BAFD38" w14:textId="77777777" w:rsidR="0069046A" w:rsidRDefault="00000000">
            <w:r>
              <w:rPr>
                <w:b/>
                <w:color w:val="FFFFFF"/>
                <w:sz w:val="18"/>
              </w:rPr>
              <w:t>Ente o istituzione</w:t>
            </w:r>
          </w:p>
        </w:tc>
        <w:tc>
          <w:tcPr>
            <w:tcW w:w="1247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B91174C" w14:textId="77777777" w:rsidR="0069046A" w:rsidRDefault="00000000">
            <w:r>
              <w:rPr>
                <w:b/>
                <w:color w:val="FFFFFF"/>
                <w:sz w:val="18"/>
              </w:rPr>
              <w:t>Anno/durata</w:t>
            </w:r>
          </w:p>
        </w:tc>
        <w:tc>
          <w:tcPr>
            <w:tcW w:w="3515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837A32A" w14:textId="77777777" w:rsidR="0069046A" w:rsidRDefault="00000000">
            <w:r>
              <w:rPr>
                <w:b/>
                <w:color w:val="FFFFFF"/>
                <w:sz w:val="18"/>
              </w:rPr>
              <w:t>Descrizione e attinenza alla funzione</w:t>
            </w:r>
          </w:p>
        </w:tc>
      </w:tr>
      <w:tr w:rsidR="0069046A" w14:paraId="7E41375F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1B300C47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1D53AEA0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E5EF7C2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C5399D5" w14:textId="77777777" w:rsidR="0069046A" w:rsidRDefault="00000000">
            <w:r>
              <w:br/>
            </w:r>
          </w:p>
        </w:tc>
      </w:tr>
      <w:tr w:rsidR="0069046A" w14:paraId="49BA638E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6F64427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50A163C2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5A7CF047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61AB5BA" w14:textId="77777777" w:rsidR="0069046A" w:rsidRDefault="00000000">
            <w:r>
              <w:br/>
            </w:r>
          </w:p>
        </w:tc>
      </w:tr>
      <w:tr w:rsidR="0069046A" w14:paraId="2B6CADC0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E8A2744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651105A9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591319CE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4CD1E5E0" w14:textId="77777777" w:rsidR="0069046A" w:rsidRDefault="00000000">
            <w:r>
              <w:br/>
            </w:r>
          </w:p>
        </w:tc>
      </w:tr>
      <w:tr w:rsidR="0069046A" w14:paraId="28EE3C51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3525D65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9D5997A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626D901F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03EEBF1" w14:textId="77777777" w:rsidR="0069046A" w:rsidRDefault="00000000">
            <w:r>
              <w:br/>
            </w:r>
          </w:p>
        </w:tc>
      </w:tr>
      <w:tr w:rsidR="0069046A" w14:paraId="7A686C23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568CB901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6FA24370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3F0204FE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4B864DED" w14:textId="77777777" w:rsidR="0069046A" w:rsidRDefault="00000000">
            <w:r>
              <w:br/>
            </w:r>
          </w:p>
        </w:tc>
      </w:tr>
    </w:tbl>
    <w:p w14:paraId="13098243" w14:textId="77777777" w:rsidR="0069046A" w:rsidRDefault="00000000">
      <w:pPr>
        <w:pStyle w:val="Titolo2"/>
      </w:pPr>
      <w:r>
        <w:t>Proposta operativa sintetica</w:t>
      </w:r>
    </w:p>
    <w:p w14:paraId="6ED70E71" w14:textId="77777777" w:rsidR="0069046A" w:rsidRDefault="00000000">
      <w:r>
        <w:t>Indicare priorità, prime azioni, modalità di raccordo e prodotto finale previsto per l’a.s. 2026/2027.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32"/>
      </w:tblGrid>
      <w:tr w:rsidR="0069046A" w14:paraId="229257F4" w14:textId="77777777">
        <w:tc>
          <w:tcPr>
            <w:tcW w:w="9832" w:type="dxa"/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4B51F78A" w14:textId="77777777" w:rsidR="0069046A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6344F7EA" w14:textId="77777777" w:rsidR="0069046A" w:rsidRDefault="00000000">
      <w:r>
        <w:br w:type="page"/>
      </w:r>
    </w:p>
    <w:p w14:paraId="67E7C8C3" w14:textId="77777777" w:rsidR="0069046A" w:rsidRDefault="00000000">
      <w:pPr>
        <w:pStyle w:val="Titolo1"/>
      </w:pPr>
      <w:r>
        <w:lastRenderedPageBreak/>
        <w:t>Sintesi delle esperienze organizzative e professionali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1984"/>
        <w:gridCol w:w="1247"/>
        <w:gridCol w:w="3515"/>
      </w:tblGrid>
      <w:tr w:rsidR="0069046A" w14:paraId="493FA54D" w14:textId="77777777">
        <w:trPr>
          <w:tblHeader/>
          <w:jc w:val="center"/>
        </w:trPr>
        <w:tc>
          <w:tcPr>
            <w:tcW w:w="2665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20DCB3D" w14:textId="77777777" w:rsidR="0069046A" w:rsidRDefault="00000000">
            <w:r>
              <w:rPr>
                <w:b/>
                <w:color w:val="FFFFFF"/>
                <w:sz w:val="18"/>
              </w:rPr>
              <w:t>Titolo/esperienza</w:t>
            </w:r>
          </w:p>
        </w:tc>
        <w:tc>
          <w:tcPr>
            <w:tcW w:w="1984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63ABA4E" w14:textId="77777777" w:rsidR="0069046A" w:rsidRDefault="00000000">
            <w:r>
              <w:rPr>
                <w:b/>
                <w:color w:val="FFFFFF"/>
                <w:sz w:val="18"/>
              </w:rPr>
              <w:t>Ente o istituzione</w:t>
            </w:r>
          </w:p>
        </w:tc>
        <w:tc>
          <w:tcPr>
            <w:tcW w:w="1247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609FF54" w14:textId="77777777" w:rsidR="0069046A" w:rsidRDefault="00000000">
            <w:r>
              <w:rPr>
                <w:b/>
                <w:color w:val="FFFFFF"/>
                <w:sz w:val="18"/>
              </w:rPr>
              <w:t>Anno/durata</w:t>
            </w:r>
          </w:p>
        </w:tc>
        <w:tc>
          <w:tcPr>
            <w:tcW w:w="3515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8950DD0" w14:textId="77777777" w:rsidR="0069046A" w:rsidRDefault="00000000">
            <w:r>
              <w:rPr>
                <w:b/>
                <w:color w:val="FFFFFF"/>
                <w:sz w:val="18"/>
              </w:rPr>
              <w:t>Descrizione e attinenza alla funzione</w:t>
            </w:r>
          </w:p>
        </w:tc>
      </w:tr>
      <w:tr w:rsidR="0069046A" w14:paraId="506350B4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9B5526A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C278560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33477B0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EE05D2D" w14:textId="77777777" w:rsidR="0069046A" w:rsidRDefault="00000000">
            <w:r>
              <w:br/>
            </w:r>
          </w:p>
        </w:tc>
      </w:tr>
      <w:tr w:rsidR="0069046A" w14:paraId="3E5CF54F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D1BF391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45BC3EB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4F77B15D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3DDC0FF5" w14:textId="77777777" w:rsidR="0069046A" w:rsidRDefault="00000000">
            <w:r>
              <w:br/>
            </w:r>
          </w:p>
        </w:tc>
      </w:tr>
      <w:tr w:rsidR="0069046A" w14:paraId="7FA22FDD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F3BA03C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7D7ECAAD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432477C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17ED249C" w14:textId="77777777" w:rsidR="0069046A" w:rsidRDefault="00000000">
            <w:r>
              <w:br/>
            </w:r>
          </w:p>
        </w:tc>
      </w:tr>
      <w:tr w:rsidR="0069046A" w14:paraId="303C43C0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C131E29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5478BB86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36BED919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529B709E" w14:textId="77777777" w:rsidR="0069046A" w:rsidRDefault="00000000">
            <w:r>
              <w:br/>
            </w:r>
          </w:p>
        </w:tc>
      </w:tr>
      <w:tr w:rsidR="0069046A" w14:paraId="00D79552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12FFFB3D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1560883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5C9149A7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4CC3711F" w14:textId="77777777" w:rsidR="0069046A" w:rsidRDefault="00000000">
            <w:r>
              <w:br/>
            </w:r>
          </w:p>
        </w:tc>
      </w:tr>
      <w:tr w:rsidR="0069046A" w14:paraId="74AF2FD6" w14:textId="77777777">
        <w:trPr>
          <w:jc w:val="center"/>
        </w:trPr>
        <w:tc>
          <w:tcPr>
            <w:tcW w:w="266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69882335" w14:textId="77777777" w:rsidR="0069046A" w:rsidRDefault="00000000">
            <w:r>
              <w:br/>
            </w:r>
          </w:p>
        </w:tc>
        <w:tc>
          <w:tcPr>
            <w:tcW w:w="1984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26BB9FD8" w14:textId="77777777" w:rsidR="0069046A" w:rsidRDefault="00000000">
            <w:r>
              <w:br/>
            </w:r>
          </w:p>
        </w:tc>
        <w:tc>
          <w:tcPr>
            <w:tcW w:w="1247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06EFDC84" w14:textId="77777777" w:rsidR="0069046A" w:rsidRDefault="00000000">
            <w:r>
              <w:br/>
            </w:r>
          </w:p>
        </w:tc>
        <w:tc>
          <w:tcPr>
            <w:tcW w:w="3515" w:type="dxa"/>
            <w:tcMar>
              <w:top w:w="100" w:type="dxa"/>
              <w:left w:w="90" w:type="dxa"/>
              <w:bottom w:w="160" w:type="dxa"/>
              <w:right w:w="90" w:type="dxa"/>
            </w:tcMar>
          </w:tcPr>
          <w:p w14:paraId="3AEB6C86" w14:textId="77777777" w:rsidR="0069046A" w:rsidRDefault="00000000">
            <w:r>
              <w:br/>
            </w:r>
          </w:p>
        </w:tc>
      </w:tr>
    </w:tbl>
    <w:p w14:paraId="7FCB18CD" w14:textId="77777777" w:rsidR="0069046A" w:rsidRDefault="00000000">
      <w:pPr>
        <w:pStyle w:val="Titolo1"/>
      </w:pPr>
      <w:r>
        <w:t>Disponibilità e sottoscrizione</w:t>
      </w:r>
    </w:p>
    <w:p w14:paraId="2D837E9D" w14:textId="2DDC21A7" w:rsidR="0069046A" w:rsidRDefault="00000000">
      <w:r>
        <w:t xml:space="preserve">Il/La sottoscritto/a conferma la disponibilità ad assumere l’incarico, a partecipare agli incontri programmati, a collaborare con le articolazioni dell’Istituto e a svolgere le attività organizzative in </w:t>
      </w:r>
      <w:proofErr w:type="spellStart"/>
      <w:r>
        <w:t>orario</w:t>
      </w:r>
      <w:proofErr w:type="spellEnd"/>
      <w:r>
        <w:t xml:space="preserve"> </w:t>
      </w:r>
      <w:proofErr w:type="spellStart"/>
      <w:r>
        <w:t>pomeridiano</w:t>
      </w:r>
      <w:proofErr w:type="spellEnd"/>
      <w:r>
        <w:t xml:space="preserve"> </w:t>
      </w:r>
      <w:r w:rsidR="000A3304">
        <w:t xml:space="preserve">e/o </w:t>
      </w:r>
      <w:r>
        <w:t xml:space="preserve"> </w:t>
      </w:r>
      <w:proofErr w:type="spellStart"/>
      <w:r>
        <w:t>extrascolastico</w:t>
      </w:r>
      <w:proofErr w:type="spellEnd"/>
      <w:r w:rsidR="000A3304">
        <w:t xml:space="preserve"> e </w:t>
      </w:r>
      <w:proofErr w:type="spellStart"/>
      <w:r w:rsidR="000A3304">
        <w:t>comunque</w:t>
      </w:r>
      <w:proofErr w:type="spellEnd"/>
      <w:r w:rsidR="000A3304">
        <w:t xml:space="preserve"> </w:t>
      </w:r>
      <w:proofErr w:type="spellStart"/>
      <w:r w:rsidR="000A3304">
        <w:t>fuori</w:t>
      </w:r>
      <w:proofErr w:type="spellEnd"/>
      <w:r w:rsidR="000A3304">
        <w:t xml:space="preserve"> </w:t>
      </w:r>
      <w:proofErr w:type="spellStart"/>
      <w:r w:rsidR="000A3304">
        <w:t>dall’orario</w:t>
      </w:r>
      <w:proofErr w:type="spellEnd"/>
      <w:r w:rsidR="000A3304">
        <w:t xml:space="preserve"> di </w:t>
      </w:r>
      <w:proofErr w:type="spellStart"/>
      <w:r w:rsidR="000A3304">
        <w:t>servizio</w:t>
      </w:r>
      <w:proofErr w:type="spellEnd"/>
      <w:r w:rsidR="000A3304">
        <w:t xml:space="preserve"> </w:t>
      </w:r>
      <w:proofErr w:type="spellStart"/>
      <w:r w:rsidR="000A3304">
        <w:t>didattico</w:t>
      </w:r>
      <w:proofErr w:type="spellEnd"/>
      <w:r w:rsidR="000A3304">
        <w:t xml:space="preserve">.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4706"/>
      </w:tblGrid>
      <w:tr w:rsidR="0069046A" w14:paraId="38154696" w14:textId="77777777">
        <w:trPr>
          <w:jc w:val="center"/>
        </w:trPr>
        <w:tc>
          <w:tcPr>
            <w:tcW w:w="470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89D168B" w14:textId="77777777" w:rsidR="0069046A" w:rsidRDefault="00000000">
            <w:r>
              <w:t>Luogo e data</w:t>
            </w:r>
          </w:p>
        </w:tc>
        <w:tc>
          <w:tcPr>
            <w:tcW w:w="470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D768D3E" w14:textId="77777777" w:rsidR="0069046A" w:rsidRDefault="00000000">
            <w:r>
              <w:t>Firma</w:t>
            </w:r>
          </w:p>
        </w:tc>
      </w:tr>
      <w:tr w:rsidR="0069046A" w14:paraId="049078C8" w14:textId="77777777">
        <w:trPr>
          <w:jc w:val="center"/>
        </w:trPr>
        <w:tc>
          <w:tcPr>
            <w:tcW w:w="470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341B1C6" w14:textId="77777777" w:rsidR="0069046A" w:rsidRDefault="00000000">
            <w:r>
              <w:br/>
              <w:t>____________________________</w:t>
            </w:r>
          </w:p>
        </w:tc>
        <w:tc>
          <w:tcPr>
            <w:tcW w:w="470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A4DC522" w14:textId="77777777" w:rsidR="0069046A" w:rsidRDefault="00000000">
            <w:r>
              <w:br/>
              <w:t>____________________________</w:t>
            </w:r>
          </w:p>
        </w:tc>
      </w:tr>
    </w:tbl>
    <w:p w14:paraId="35763273" w14:textId="77777777" w:rsidR="009D4CF9" w:rsidRDefault="009D4CF9"/>
    <w:sectPr w:rsidR="009D4CF9" w:rsidSect="00034616">
      <w:footerReference w:type="default" r:id="rId9"/>
      <w:pgSz w:w="11906" w:h="16838"/>
      <w:pgMar w:top="403" w:right="1037" w:bottom="403" w:left="1037" w:header="720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B01C" w14:textId="77777777" w:rsidR="009D4CF9" w:rsidRDefault="009D4CF9">
      <w:pPr>
        <w:spacing w:after="0" w:line="240" w:lineRule="auto"/>
      </w:pPr>
      <w:r>
        <w:separator/>
      </w:r>
    </w:p>
  </w:endnote>
  <w:endnote w:type="continuationSeparator" w:id="0">
    <w:p w14:paraId="2A6FC122" w14:textId="77777777" w:rsidR="009D4CF9" w:rsidRDefault="009D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4C4A1" w14:textId="77777777" w:rsidR="0069046A" w:rsidRDefault="00000000">
    <w:pPr>
      <w:pStyle w:val="Pidipagina"/>
      <w:jc w:val="right"/>
    </w:pPr>
    <w:r>
      <w:rPr>
        <w:noProof/>
      </w:rPr>
      <w:drawing>
        <wp:inline distT="0" distB="0" distL="0" distR="0" wp14:anchorId="60C3C5DA" wp14:editId="518A2DA3">
          <wp:extent cx="6217920" cy="1949348"/>
          <wp:effectExtent l="0" t="0" r="0" b="0"/>
          <wp:docPr id="13221943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7920" cy="1949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666666"/>
        <w:sz w:val="16"/>
      </w:rPr>
      <w:t xml:space="preserve">IC </w:t>
    </w:r>
    <w:proofErr w:type="spellStart"/>
    <w:r>
      <w:rPr>
        <w:color w:val="666666"/>
        <w:sz w:val="16"/>
      </w:rPr>
      <w:t>Erodoto</w:t>
    </w:r>
    <w:proofErr w:type="spellEnd"/>
    <w:r>
      <w:rPr>
        <w:color w:val="666666"/>
        <w:sz w:val="16"/>
      </w:rPr>
      <w:t xml:space="preserve"> · </w:t>
    </w:r>
    <w:proofErr w:type="spellStart"/>
    <w:r>
      <w:rPr>
        <w:color w:val="666666"/>
        <w:sz w:val="16"/>
      </w:rPr>
      <w:t>a.s.</w:t>
    </w:r>
    <w:proofErr w:type="spellEnd"/>
    <w:r>
      <w:rPr>
        <w:color w:val="666666"/>
        <w:sz w:val="16"/>
      </w:rPr>
      <w:t xml:space="preserve"> 2026/2027   |   </w:t>
    </w:r>
    <w:r>
      <w:fldChar w:fldCharType="begin"/>
    </w:r>
    <w:r>
      <w:instrText>PAGE</w:instrText>
    </w:r>
    <w:r>
      <w:fldChar w:fldCharType="separate"/>
    </w:r>
    <w:r w:rsidR="000A330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709B4" w14:textId="77777777" w:rsidR="009D4CF9" w:rsidRDefault="009D4CF9">
      <w:pPr>
        <w:spacing w:after="0" w:line="240" w:lineRule="auto"/>
      </w:pPr>
      <w:r>
        <w:separator/>
      </w:r>
    </w:p>
  </w:footnote>
  <w:footnote w:type="continuationSeparator" w:id="0">
    <w:p w14:paraId="66C7F336" w14:textId="77777777" w:rsidR="009D4CF9" w:rsidRDefault="009D4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4030624">
    <w:abstractNumId w:val="8"/>
  </w:num>
  <w:num w:numId="2" w16cid:durableId="2054688663">
    <w:abstractNumId w:val="6"/>
  </w:num>
  <w:num w:numId="3" w16cid:durableId="2024892081">
    <w:abstractNumId w:val="5"/>
  </w:num>
  <w:num w:numId="4" w16cid:durableId="16540529">
    <w:abstractNumId w:val="4"/>
  </w:num>
  <w:num w:numId="5" w16cid:durableId="319818225">
    <w:abstractNumId w:val="7"/>
  </w:num>
  <w:num w:numId="6" w16cid:durableId="374546211">
    <w:abstractNumId w:val="3"/>
  </w:num>
  <w:num w:numId="7" w16cid:durableId="1200364103">
    <w:abstractNumId w:val="2"/>
  </w:num>
  <w:num w:numId="8" w16cid:durableId="1661614648">
    <w:abstractNumId w:val="1"/>
  </w:num>
  <w:num w:numId="9" w16cid:durableId="87237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3304"/>
    <w:rsid w:val="0015074B"/>
    <w:rsid w:val="0029639D"/>
    <w:rsid w:val="00326F90"/>
    <w:rsid w:val="0037622C"/>
    <w:rsid w:val="0069046A"/>
    <w:rsid w:val="009D4CF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DFCA80"/>
  <w14:defaultImageDpi w14:val="300"/>
  <w15:docId w15:val="{502DDD38-5A69-4713-915F-A9312938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59" w:lineRule="auto"/>
    </w:pPr>
    <w:rPr>
      <w:rFonts w:ascii="Arial" w:hAnsi="Arial"/>
      <w:color w:val="000000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00" w:after="8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</cp:lastModifiedBy>
  <cp:revision>2</cp:revision>
  <dcterms:created xsi:type="dcterms:W3CDTF">2013-12-23T23:15:00Z</dcterms:created>
  <dcterms:modified xsi:type="dcterms:W3CDTF">2026-09-03T09:45:00Z</dcterms:modified>
  <cp:category/>
</cp:coreProperties>
</file>